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/>
      <w:r>
        <w:rPr/>
        <w:t>﻿# *ВВЕДЕНИЕ</w:t>
      </w:r>
    </w:p>
    <w:p>
      <w:pPr/>
      <w:r>
        <w:rPr/>
        <w:t>Текст.</w:t>
      </w:r>
    </w:p>
    <w:p>
      <w:pPr>
        <w:pStyle w:val="CaptionListing"/>
      </w:pPr>
      <w:r>
        <w:t xml:space="preserve">Листинг </w:t>
      </w:r>
      <w:r>
        <w:t>1</w:t>
      </w:r>
      <w:r>
        <w:t xml:space="preserve"> — Пример</w:t>
      </w:r>
    </w:p>
    <w:tbl>
      <w:tblPr>
        <w:tblStyle w:val="TableGrid"/>
        <w:tblLook w:firstColumn="1" w:firstRow="1" w:lastColumn="0" w:lastRow="0" w:noHBand="0" w:noVBand="1" w:val="04A0"/>
        <w:tblW w:type="dxa" w:w="9853"/>
        <w:tblLayout w:type="fixed"/>
        <w:tblInd w:type="dxa" w:w="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9853"/>
      </w:tblGrid>
      <w:tr>
        <w:trPr>
          <w:cantSplit/>
        </w:trPr>
        <w:tc>
          <w:tcPr>
            <w:tcW w:type="dxa" w:w="9853"/>
          </w:tcPr>
          <w:p>
            <w:pPr>
              <w:pStyle w:val="Code"/>
            </w:pPr>
            <w:r>
              <w:rPr/>
              <w:t>line1</w:t>
            </w:r>
          </w:p>
        </w:tc>
      </w:tr>
      <w:tr>
        <w:trPr>
          <w:cantSplit/>
        </w:trPr>
        <w:tc>
          <w:tcPr>
            <w:tcW w:type="dxa" w:w="9853"/>
          </w:tcPr>
          <w:p>
            <w:pPr>
              <w:pStyle w:val="Code"/>
            </w:pPr>
            <w:r>
              <w:rPr/>
              <w:t>line2</w:t>
            </w:r>
          </w:p>
        </w:tc>
      </w:tr>
      <w:tr>
        <w:trPr>
          <w:cantSplit/>
        </w:trPr>
        <w:tc>
          <w:tcPr>
            <w:tcW w:type="dxa" w:w="9853"/>
          </w:tcPr>
          <w:p>
            <w:pPr>
              <w:pStyle w:val="Code"/>
            </w:pPr>
            <w:r>
              <w:rPr/>
              <w:t>line3</w:t>
            </w:r>
          </w:p>
        </w:tc>
      </w:tr>
      <w:tr>
        <w:trPr>
          <w:cantSplit/>
        </w:trPr>
        <w:tc>
          <w:tcPr>
            <w:tcW w:type="dxa" w:w="9853"/>
          </w:tcPr>
          <w:p>
            <w:pPr>
              <w:pStyle w:val="Code"/>
            </w:pPr>
            <w:r>
              <w:rPr/>
              <w:t>line4</w:t>
            </w:r>
          </w:p>
        </w:tc>
      </w:tr>
      <w:tr>
        <w:trPr>
          <w:cantSplit/>
        </w:trPr>
        <w:tc>
          <w:tcPr>
            <w:tcW w:type="dxa" w:w="9853"/>
          </w:tcPr>
          <w:p>
            <w:pPr>
              <w:pStyle w:val="Code"/>
            </w:pPr>
            <w:r>
              <w:rPr/>
              <w:t>line5</w:t>
            </w:r>
          </w:p>
        </w:tc>
      </w:tr>
    </w:tbl>
    <w:sectPr w:rsidR="00E87256" w:rsidRPr="00E87256" w:rsidSect="00E87256">
      <w:footerReference w:type="default" r:id="rId10"/>
      <w:pgSz w:w="11906" w:h="16838" w:code="9"/>
      <w:pgMar w:top="1134" w:right="567" w:bottom="1134" w:left="1701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2633C" w14:textId="77777777" w:rsidR="00D742C4" w:rsidRDefault="00D742C4" w:rsidP="000F2B81">
      <w:pPr>
        <w:spacing w:after="0" w:line="240" w:lineRule="auto"/>
      </w:pPr>
      <w:r>
        <w:separator/>
      </w:r>
    </w:p>
  </w:endnote>
  <w:endnote w:type="continuationSeparator" w:id="0">
    <w:p w14:paraId="7791258D" w14:textId="77777777" w:rsidR="00D742C4" w:rsidRDefault="00D742C4" w:rsidP="000F2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1"/>
    <w:family w:val="roman"/>
    <w:pitch w:val="variable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ind w:firstLine="0"/>
      <w:jc w:val="center"/>
    </w:pPr>
    <w:r>
      <w:rPr>
        <w:rFonts w:ascii="Times New Roman" w:hAnsi="Times New Roman"/>
        <w:sz w:val="24"/>
      </w:rPr>
    </w:r>
    <w:fldSimple w:instr="PAGE \* MERGEFORMAT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3591A" w14:textId="77777777" w:rsidR="00D742C4" w:rsidRDefault="00D742C4" w:rsidP="000F2B81">
      <w:pPr>
        <w:spacing w:after="0" w:line="240" w:lineRule="auto"/>
      </w:pPr>
      <w:r>
        <w:separator/>
      </w:r>
    </w:p>
  </w:footnote>
  <w:footnote w:type="continuationSeparator" w:id="0">
    <w:p w14:paraId="06BA071E" w14:textId="77777777" w:rsidR="00D742C4" w:rsidRDefault="00D742C4" w:rsidP="000F2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AB1271"/>
    <w:multiLevelType w:val="multilevel"/>
    <w:tmpl w:val="041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CC75150"/>
    <w:multiLevelType w:val="hybridMultilevel"/>
    <w:tmpl w:val="5DACE8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EA633C2"/>
    <w:multiLevelType w:val="hybridMultilevel"/>
    <w:tmpl w:val="AC9089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A117DC3"/>
    <w:multiLevelType w:val="hybridMultilevel"/>
    <w:tmpl w:val="09E27268"/>
    <w:lvl w:ilvl="0" w:tplc="2F8A26C8">
      <w:start w:val="1"/>
      <w:numFmt w:val="decimal"/>
      <w:pStyle w:val="TableCaption"/>
      <w:lvlText w:val="Таблица %1 —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BB637D"/>
    <w:multiLevelType w:val="hybridMultilevel"/>
    <w:tmpl w:val="1F5A2B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B681B57"/>
    <w:multiLevelType w:val="hybridMultilevel"/>
    <w:tmpl w:val="2430AF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76008052">
    <w:abstractNumId w:val="8"/>
  </w:num>
  <w:num w:numId="2" w16cid:durableId="416367440">
    <w:abstractNumId w:val="6"/>
  </w:num>
  <w:num w:numId="3" w16cid:durableId="1743596110">
    <w:abstractNumId w:val="5"/>
  </w:num>
  <w:num w:numId="4" w16cid:durableId="839582590">
    <w:abstractNumId w:val="4"/>
  </w:num>
  <w:num w:numId="5" w16cid:durableId="1856307636">
    <w:abstractNumId w:val="7"/>
  </w:num>
  <w:num w:numId="6" w16cid:durableId="84234291">
    <w:abstractNumId w:val="3"/>
  </w:num>
  <w:num w:numId="7" w16cid:durableId="888152003">
    <w:abstractNumId w:val="2"/>
  </w:num>
  <w:num w:numId="8" w16cid:durableId="936864237">
    <w:abstractNumId w:val="1"/>
  </w:num>
  <w:num w:numId="9" w16cid:durableId="1746610803">
    <w:abstractNumId w:val="0"/>
  </w:num>
  <w:num w:numId="10" w16cid:durableId="135495511">
    <w:abstractNumId w:val="9"/>
  </w:num>
  <w:num w:numId="11" w16cid:durableId="34619906">
    <w:abstractNumId w:val="10"/>
  </w:num>
  <w:num w:numId="12" w16cid:durableId="2010711202">
    <w:abstractNumId w:val="13"/>
  </w:num>
  <w:num w:numId="13" w16cid:durableId="1860191537">
    <w:abstractNumId w:val="12"/>
  </w:num>
  <w:num w:numId="14" w16cid:durableId="370804285">
    <w:abstractNumId w:val="14"/>
  </w:num>
  <w:num w:numId="15" w16cid:durableId="17970220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901"/>
    <w:rsid w:val="00034616"/>
    <w:rsid w:val="00045CE8"/>
    <w:rsid w:val="0006063C"/>
    <w:rsid w:val="000F2B81"/>
    <w:rsid w:val="0015074B"/>
    <w:rsid w:val="001859E3"/>
    <w:rsid w:val="001A2111"/>
    <w:rsid w:val="001C3DFD"/>
    <w:rsid w:val="00296008"/>
    <w:rsid w:val="0029639D"/>
    <w:rsid w:val="002A2700"/>
    <w:rsid w:val="00326F90"/>
    <w:rsid w:val="003427F6"/>
    <w:rsid w:val="00356749"/>
    <w:rsid w:val="00443E9E"/>
    <w:rsid w:val="00484BEB"/>
    <w:rsid w:val="004B42AB"/>
    <w:rsid w:val="006100AC"/>
    <w:rsid w:val="00744611"/>
    <w:rsid w:val="007B6A03"/>
    <w:rsid w:val="007E3D2F"/>
    <w:rsid w:val="00865A9D"/>
    <w:rsid w:val="008832B6"/>
    <w:rsid w:val="00973705"/>
    <w:rsid w:val="00A2327D"/>
    <w:rsid w:val="00A2437A"/>
    <w:rsid w:val="00AA1D8D"/>
    <w:rsid w:val="00B45AB2"/>
    <w:rsid w:val="00B47730"/>
    <w:rsid w:val="00CB0664"/>
    <w:rsid w:val="00CD2F42"/>
    <w:rsid w:val="00CD454A"/>
    <w:rsid w:val="00D23EB6"/>
    <w:rsid w:val="00D44805"/>
    <w:rsid w:val="00D742C4"/>
    <w:rsid w:val="00E65726"/>
    <w:rsid w:val="00E87256"/>
    <w:rsid w:val="00EB4B36"/>
    <w:rsid w:val="00F04C97"/>
    <w:rsid w:val="00F14A7E"/>
    <w:rsid w:val="00F41D52"/>
    <w:rsid w:val="00F44FD5"/>
    <w:rsid w:val="00FC693F"/>
    <w:rsid w:val="00FF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8A8121"/>
  <w14:defaultImageDpi w14:val="330"/>
  <w15:docId w15:val="{D5E95E39-F079-4D9F-B40C-F57B4A111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37A"/>
    <w:pPr>
      <w:widowControl/>
      <w:spacing w:line="360" w:lineRule="auto" w:before="0" w:after="0"/>
      <w:ind w:firstLine="709" w:left="0" w:right="0"/>
      <w:jc w:val="both"/>
    </w:pPr>
    <w:rPr>
      <w:rFonts w:ascii="Times New Roman" w:hAnsi="Times New Roman" w:cs="Times New Roman" w:eastAsia="Times New Roman"/>
      <w:b w:val="0"/>
      <w:i w:val="0"/>
      <w:sz w:val="28"/>
      <w:szCs w:val="28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2F42"/>
    <w:pPr>
      <w:keepNext/>
      <w:keepLines/>
      <w:pageBreakBefore/>
      <w:widowControl/>
      <w:numPr>
        <w:numId w:val="10"/>
      </w:numPr>
      <w:spacing w:after="567" w:before="0" w:line="360" w:lineRule="auto"/>
      <w:ind w:left="709" w:firstLine="0" w:right="0"/>
      <w:jc w:val="left"/>
      <w:outlineLvl w:val="0"/>
    </w:pPr>
    <w:rPr>
      <w:rFonts w:ascii="Times New Roman" w:hAnsi="Times New Roman" w:cs="Times New Roman" w:eastAsia="Times New Roman"/>
      <w:b/>
      <w:bCs/>
      <w:i w:val="0"/>
      <w:sz w:val="36"/>
      <w:szCs w:val="36"/>
      <w:caps/>
      <w:color w:val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6008"/>
    <w:pPr>
      <w:keepNext/>
      <w:keepLines/>
      <w:pageBreakBefore w:val="0"/>
      <w:widowControl/>
      <w:numPr>
        <w:ilvl w:val="1"/>
        <w:numId w:val="10"/>
      </w:numPr>
      <w:spacing w:before="850" w:after="567" w:line="360" w:lineRule="auto"/>
      <w:ind w:left="709" w:firstLine="0" w:right="0"/>
      <w:jc w:val="left"/>
      <w:outlineLvl w:val="1"/>
    </w:pPr>
    <w:rPr>
      <w:rFonts w:ascii="Times New Roman" w:hAnsi="Times New Roman" w:cs="Times New Roman" w:eastAsia="Times New Roman"/>
      <w:b/>
      <w:bCs/>
      <w:i w:val="0"/>
      <w:sz w:val="32"/>
      <w:szCs w:val="32"/>
      <w:caps w:val="0"/>
      <w:color w:val="00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6008"/>
    <w:pPr>
      <w:keepNext/>
      <w:keepLines/>
      <w:pageBreakBefore w:val="0"/>
      <w:widowControl/>
      <w:numPr>
        <w:ilvl w:val="2"/>
        <w:numId w:val="10"/>
      </w:numPr>
      <w:spacing w:before="850" w:after="567" w:line="360" w:lineRule="auto"/>
      <w:ind w:left="709" w:firstLine="0" w:right="0"/>
      <w:jc w:val="left"/>
      <w:outlineLvl w:val="2"/>
    </w:pPr>
    <w:rPr>
      <w:rFonts w:ascii="Times New Roman" w:hAnsi="Times New Roman" w:cs="Times New Roman" w:eastAsia="Times New Roman"/>
      <w:b/>
      <w:bCs/>
      <w:i w:val="0"/>
      <w:sz w:val="28"/>
      <w:szCs w:val="28"/>
      <w:caps w:val="0"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37A"/>
    <w:pPr>
      <w:keepNext/>
      <w:keepLines/>
      <w:numPr>
        <w:ilvl w:val="3"/>
        <w:numId w:val="10"/>
      </w:numPr>
      <w:spacing w:before="200" w:after="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437A"/>
    <w:pPr>
      <w:keepNext/>
      <w:keepLines/>
      <w:numPr>
        <w:ilvl w:val="4"/>
        <w:numId w:val="10"/>
      </w:numPr>
      <w:spacing w:before="20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437A"/>
    <w:pPr>
      <w:keepNext/>
      <w:keepLines/>
      <w:numPr>
        <w:ilvl w:val="5"/>
        <w:numId w:val="10"/>
      </w:numPr>
      <w:spacing w:before="200" w:after="0"/>
      <w:outlineLvl w:val="5"/>
    </w:pPr>
    <w:rPr>
      <w:rFonts w:eastAsiaTheme="majorEastAsia" w:cstheme="majorBidi"/>
      <w:b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437A"/>
    <w:pPr>
      <w:keepNext/>
      <w:keepLines/>
      <w:numPr>
        <w:ilvl w:val="6"/>
        <w:numId w:val="10"/>
      </w:numPr>
      <w:spacing w:before="20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437A"/>
    <w:pPr>
      <w:keepNext/>
      <w:keepLines/>
      <w:numPr>
        <w:ilvl w:val="7"/>
        <w:numId w:val="10"/>
      </w:numPr>
      <w:spacing w:before="200" w:after="0"/>
      <w:outlineLvl w:val="7"/>
    </w:pPr>
    <w:rPr>
      <w:rFonts w:eastAsiaTheme="majorEastAsia" w:cstheme="majorBidi"/>
      <w:b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437A"/>
    <w:pPr>
      <w:keepNext/>
      <w:keepLines/>
      <w:numPr>
        <w:ilvl w:val="8"/>
        <w:numId w:val="10"/>
      </w:numPr>
      <w:spacing w:before="200" w:after="0"/>
      <w:outlineLvl w:val="8"/>
    </w:pPr>
    <w:rPr>
      <w:rFonts w:eastAsiaTheme="majorEastAsia" w:cstheme="majorBidi"/>
      <w:b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ceAfterTable">
    <w:name w:val="Space After Table"/>
    <w:semiHidden/>
    <w:qFormat/>
    <w:rsid w:val="00FF39FA"/>
    <w:pPr>
      <w:spacing w:after="0" w:line="360" w:lineRule="auto" w:before="340"/>
      <w:ind w:firstLine="709"/>
      <w:jc w:val="both"/>
    </w:pPr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  <w:ind w:firstLine="0"/>
      <w:jc w:val="center"/>
    </w:pPr>
    <w:rPr>
      <w:rFonts w:ascii="Times New Roman" w:hAnsi="Times New Roman" w:cs="Times New Roman" w:eastAsia="Times New Roman"/>
      <w:b w:val="0"/>
      <w:i w:val="0"/>
      <w:sz w:val="24"/>
      <w:szCs w:val="24"/>
      <w:color w:val="000000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D2F42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96008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96008"/>
    <w:rPr>
      <w:rFonts w:ascii="Times New Roman" w:eastAsiaTheme="majorEastAsia" w:hAnsi="Times New Roman" w:cstheme="majorBidi"/>
      <w:b/>
      <w:bCs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37A"/>
    <w:rPr>
      <w:rFonts w:ascii="Times New Roman" w:eastAsiaTheme="majorEastAsia" w:hAnsi="Times New Roman" w:cstheme="majorBidi"/>
      <w:b/>
      <w:bCs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437A"/>
    <w:rPr>
      <w:rFonts w:ascii="Times New Roman" w:eastAsiaTheme="majorEastAsia" w:hAnsi="Times New Roman" w:cstheme="majorBidi"/>
      <w:b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437A"/>
    <w:rPr>
      <w:rFonts w:ascii="Times New Roman" w:eastAsiaTheme="majorEastAsia" w:hAnsi="Times New Roman" w:cstheme="majorBidi"/>
      <w:b/>
      <w:iCs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437A"/>
    <w:rPr>
      <w:rFonts w:ascii="Times New Roman" w:eastAsiaTheme="majorEastAsia" w:hAnsi="Times New Roman" w:cstheme="majorBidi"/>
      <w:b/>
      <w:iCs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437A"/>
    <w:rPr>
      <w:rFonts w:ascii="Times New Roman" w:eastAsiaTheme="majorEastAsia" w:hAnsi="Times New Roman" w:cstheme="majorBidi"/>
      <w:b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437A"/>
    <w:rPr>
      <w:rFonts w:ascii="Times New Roman" w:eastAsiaTheme="majorEastAsia" w:hAnsi="Times New Roman" w:cstheme="majorBidi"/>
      <w:b/>
      <w:i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4B42AB"/>
    <w:pPr>
      <w:spacing w:line="240" w:lineRule="auto" w:before="0" w:after="340"/>
      <w:ind w:firstLine="0"/>
      <w:jc w:val="center"/>
    </w:pPr>
    <w:rPr>
      <w:rFonts w:ascii="Times New Roman" w:hAnsi="Times New Roman" w:cs="Times New Roman" w:eastAsia="Times New Roman"/>
      <w:b/>
      <w:bCs/>
      <w:i w:val="0"/>
      <w:sz w:val="24"/>
      <w:szCs w:val="24"/>
      <w:color w:val="00000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EB4B36"/>
    <w:pPr>
      <w:numPr>
        <w:numId w:val="0"/>
      </w:numPr>
      <w:jc w:val="center"/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443E9E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val="ru-RU" w:eastAsia="ru-RU"/>
    </w:rPr>
  </w:style>
  <w:style w:type="paragraph" w:customStyle="1" w:styleId="Code">
    <w:name w:val="Code"/>
    <w:qFormat/>
    <w:rsid w:val="007B6A03"/>
    <w:pPr>
      <w:spacing w:after="0" w:line="240" w:lineRule="auto" w:before="0"/>
      <w:ind w:firstLine="0" w:left="0"/>
      <w:jc w:val="left"/>
    </w:pPr>
    <w:rPr>
      <w:rFonts w:ascii="Courier New" w:hAnsi="Courier New" w:cs="Courier New" w:eastAsia="Courier New"/>
      <w:b w:val="0"/>
      <w:i w:val="0"/>
      <w:sz w:val="20"/>
      <w:szCs w:val="20"/>
      <w:color w:val="000000"/>
    </w:rPr>
  </w:style>
  <w:style w:type="paragraph" w:customStyle="1" w:styleId="TableCaption">
    <w:name w:val="Table Caption"/>
    <w:basedOn w:val="Caption"/>
    <w:qFormat/>
    <w:rsid w:val="003427F6"/>
    <w:pPr>
      <w:numPr>
        <w:numId w:val="13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2A2700"/>
    <w:pPr>
      <w:tabs>
        <w:tab w:pos="283" w:val="left"/>
        <w:tab w:pos="9638" w:val="right" w:leader="dot"/>
      </w:tabs>
      <w:spacing w:after="0" w:before="0" w:line="360" w:lineRule="auto"/>
      <w:ind w:firstLine="0"/>
      <w:jc w:val="left"/>
    </w:pPr>
    <w:rPr>
      <w:rFonts w:ascii="Times New Roman" w:hAnsi="Times New Roman" w:cs="Times New Roman" w:eastAsia="Times New Roman"/>
      <w:b w:val="0"/>
      <w:i w:val="0"/>
      <w:caps/>
      <w:noProof/>
      <w:sz w:val="28"/>
      <w:szCs w:val="28"/>
      <w:color w:val="000000"/>
    </w:rPr>
  </w:style>
  <w:style w:type="paragraph" w:styleId="TOC2">
    <w:name w:val="toc 2"/>
    <w:basedOn w:val="Normal"/>
    <w:next w:val="Normal"/>
    <w:autoRedefine/>
    <w:uiPriority w:val="39"/>
    <w:unhideWhenUsed/>
    <w:rsid w:val="002A2700"/>
    <w:pPr>
      <w:tabs>
        <w:tab w:pos="709" w:val="left"/>
        <w:tab w:pos="9638" w:val="right" w:leader="dot"/>
      </w:tabs>
      <w:spacing w:after="0" w:before="0" w:line="360" w:lineRule="auto"/>
      <w:ind w:left="278" w:firstLine="0"/>
      <w:jc w:val="left"/>
    </w:pPr>
    <w:rPr>
      <w:rFonts w:ascii="Times New Roman" w:hAnsi="Times New Roman" w:cs="Times New Roman" w:eastAsia="Times New Roman"/>
      <w:b w:val="0"/>
      <w:i w:val="0"/>
      <w:sz w:val="28"/>
      <w:szCs w:val="28"/>
      <w:caps w:val="0"/>
      <w:color w:val="000000"/>
    </w:rPr>
  </w:style>
  <w:style w:type="character" w:styleId="Hyperlink">
    <w:name w:val="Hyperlink"/>
    <w:basedOn w:val="DefaultParagraphFont"/>
    <w:uiPriority w:val="99"/>
    <w:unhideWhenUsed/>
    <w:rsid w:val="000F2B81"/>
    <w:rPr>
      <w:rFonts w:ascii="Times New Roman" w:hAnsi="Times New Roman" w:cs="Times New Roman" w:eastAsia="Times New Roman"/>
      <w:b w:val="0"/>
      <w:i w:val="0"/>
      <w:sz w:val="28"/>
      <w:szCs w:val="28"/>
      <w:color w:val="000000"/>
      <w:u w:val="none"/>
    </w:rPr>
  </w:style>
  <w:style w:type="paragraph" w:customStyle="1" w:styleId="TableText">
    <w:name w:val="Table Text"/>
    <w:basedOn w:val="Normal"/>
    <w:link w:val="TableTextChar"/>
    <w:qFormat/>
    <w:rsid w:val="00B45AB2"/>
    <w:pPr>
      <w:spacing w:after="0" w:line="240" w:lineRule="auto" w:before="0"/>
      <w:ind w:firstLine="0" w:left="0"/>
      <w:jc w:val="left"/>
    </w:pPr>
    <w:rPr>
      <w:rFonts w:ascii="Times New Roman" w:hAnsi="Times New Roman" w:cs="Times New Roman" w:eastAsia="Times New Roman"/>
      <w:b w:val="0"/>
      <w:i w:val="0"/>
      <w:sz w:val="24"/>
      <w:szCs w:val="24"/>
      <w:color w:val="000000"/>
    </w:rPr>
  </w:style>
  <w:style w:type="character" w:customStyle="1" w:styleId="TableTextChar">
    <w:name w:val="Table Text Char"/>
    <w:basedOn w:val="DefaultParagraphFont"/>
    <w:link w:val="TableText"/>
    <w:rsid w:val="00B45AB2"/>
    <w:rPr>
      <w:rFonts w:ascii="Times New Roman" w:hAnsi="Times New Roman"/>
      <w:sz w:val="28"/>
    </w:rPr>
  </w:style>
  <w:style w:type="paragraph" w:customStyle="1" w:styleId="FormulaContent">
    <w:name w:val="Formula Content"/>
    <w:basedOn w:val="TableText"/>
    <w:link w:val="FormulaContentChar"/>
    <w:qFormat/>
    <w:rsid w:val="008832B6"/>
    <w:pPr>
      <w:jc w:val="center"/>
    </w:pPr>
  </w:style>
  <w:style w:type="paragraph" w:customStyle="1" w:styleId="FormulaNumbering">
    <w:name w:val="Formula Numbering"/>
    <w:basedOn w:val="TableText"/>
    <w:link w:val="FormulaNumberingChar"/>
    <w:qFormat/>
    <w:rsid w:val="008832B6"/>
    <w:pPr>
      <w:jc w:val="right"/>
    </w:pPr>
  </w:style>
  <w:style w:type="character" w:customStyle="1" w:styleId="FormulaContentChar">
    <w:name w:val="Formula Content Char"/>
    <w:basedOn w:val="TableTextChar"/>
    <w:link w:val="FormulaContent"/>
    <w:rsid w:val="008832B6"/>
    <w:rPr>
      <w:rFonts w:ascii="Times New Roman" w:hAnsi="Times New Roman"/>
      <w:sz w:val="28"/>
    </w:rPr>
  </w:style>
  <w:style w:type="character" w:customStyle="1" w:styleId="FormulaNumberingChar">
    <w:name w:val="Formula Numbering Char"/>
    <w:basedOn w:val="TableTextChar"/>
    <w:link w:val="FormulaNumbering"/>
    <w:rsid w:val="008832B6"/>
    <w:rPr>
      <w:rFonts w:ascii="Times New Roman" w:hAnsi="Times New Roman"/>
      <w:sz w:val="28"/>
    </w:rPr>
  </w:style>
  <w:style w:type="paragraph" w:customStyle="1" w:styleId="CaptionFigure">
    <w:name w:val="Caption Figure"/>
    <w:basedOn w:val="Caption"/>
    <w:pPr>
      <w:widowControl/>
      <w:spacing w:before="0" w:after="340" w:line="240" w:lineRule="auto"/>
      <w:ind w:firstLine="0" w:left="0"/>
      <w:jc w:val="center"/>
    </w:pPr>
    <w:rPr>
      <w:rFonts w:ascii="Times New Roman" w:hAnsi="Times New Roman" w:cs="Times New Roman" w:eastAsia="Times New Roman"/>
      <w:b/>
      <w:i w:val="0"/>
      <w:sz w:val="24"/>
      <w:szCs w:val="24"/>
      <w:color w:val="000000"/>
    </w:rPr>
  </w:style>
  <w:style w:type="paragraph" w:customStyle="1" w:styleId="CaptionTable">
    <w:name w:val="Caption Table"/>
    <w:basedOn w:val="Caption"/>
    <w:pPr>
      <w:keepNext/>
      <w:widowControl/>
      <w:spacing w:before="340" w:after="0" w:line="240" w:lineRule="auto"/>
      <w:ind w:firstLine="0" w:left="0"/>
      <w:jc w:val="left"/>
    </w:pPr>
    <w:rPr>
      <w:rFonts w:ascii="Times New Roman" w:hAnsi="Times New Roman" w:cs="Times New Roman" w:eastAsia="Times New Roman"/>
      <w:b w:val="0"/>
      <w:i/>
      <w:sz w:val="24"/>
      <w:szCs w:val="24"/>
      <w:color w:val="000000"/>
    </w:rPr>
  </w:style>
  <w:style w:type="paragraph" w:customStyle="1" w:styleId="CaptionListing">
    <w:name w:val="Caption Listing"/>
    <w:basedOn w:val="Caption"/>
    <w:pPr>
      <w:keepNext/>
      <w:widowControl/>
      <w:spacing w:before="340" w:after="0" w:line="240" w:lineRule="auto"/>
      <w:ind w:firstLine="0" w:left="0"/>
      <w:jc w:val="left"/>
    </w:pPr>
    <w:rPr>
      <w:rFonts w:ascii="Times New Roman" w:hAnsi="Times New Roman" w:cs="Times New Roman" w:eastAsia="Times New Roman"/>
      <w:b w:val="0"/>
      <w:i/>
      <w:sz w:val="24"/>
      <w:szCs w:val="24"/>
      <w:color w:val="000000"/>
    </w:rPr>
  </w:style>
  <w:style w:type="paragraph" w:customStyle="1" w:styleId="Bibliography">
    <w:name w:val="Bibliography"/>
    <w:basedOn w:val="Normal"/>
    <w:pPr>
      <w:spacing w:before="0" w:after="0" w:line="360" w:lineRule="auto"/>
      <w:ind w:firstLine="709"/>
      <w:jc w:val="both"/>
    </w:pPr>
    <w:rPr>
      <w:rFonts w:ascii="Times New Roman" w:hAnsi="Times New Roman" w:cs="Times New Roman" w:eastAsia="Times New Roman"/>
      <w:b w:val="0"/>
      <w:i w:val="0"/>
      <w:sz w:val="28"/>
      <w:szCs w:val="28"/>
      <w:color w:val="000000"/>
    </w:rPr>
  </w:style>
  <w:style w:type="paragraph" w:customStyle="1" w:styleId="BibliographyHeading">
    <w:name w:val="Bibliography Heading"/>
    <w:basedOn w:val="Normal"/>
    <w:pPr>
      <w:keepNext/>
      <w:spacing w:before="340" w:after="340" w:line="360" w:lineRule="auto"/>
      <w:ind w:firstLine="0" w:left="709"/>
      <w:jc w:val="center"/>
    </w:pPr>
    <w:rPr>
      <w:rFonts w:ascii="Times New Roman" w:hAnsi="Times New Roman" w:cs="Times New Roman" w:eastAsia="Times New Roman"/>
      <w:b w:val="0"/>
      <w:i w:val="0"/>
      <w:sz w:val="28"/>
      <w:szCs w:val="28"/>
      <w:caps/>
      <w:color w:val="000000"/>
    </w:rPr>
  </w:style>
  <w:style w:type="paragraph" w:customStyle="1" w:styleId="toc3">
    <w:name w:val="toc 3"/>
    <w:basedOn w:val="Normal"/>
    <w:pPr>
      <w:spacing w:before="0" w:after="0" w:line="360" w:lineRule="auto"/>
      <w:ind w:firstLine="0"/>
      <w:jc w:val="left"/>
    </w:pPr>
    <w:rPr>
      <w:rFonts w:ascii="Times New Roman" w:hAnsi="Times New Roman" w:cs="Times New Roman" w:eastAsia="Times New Roman"/>
      <w:b w:val="0"/>
      <w:i w:val="0"/>
      <w:sz w:val="28"/>
      <w:szCs w:val="28"/>
      <w:cap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hlebushek</dc:creator>
  <cp:keywords/>
  <dc:description>Создано при помощи md2gost (ТЗ МИРЭА)</dc:description>
  <cp:revision>26</cp:revision>
  <dcterms:created xsi:type="dcterms:W3CDTF">2013-12-23T23:15:00Z</dcterms:created>
  <dcterms:modified xsi:type="dcterms:W3CDTF">2023-08-28T11:18:00Z</dcterms:modified>
  <cp:category/>
</cp:coreProperties>
</file>