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  <w:jc w:val="center"/>
      </w:pPr>
      <w:r>
        <w:rPr>
          <w:b/>
          <w:color w:val="000000"/>
          <w:sz w:val="28"/>
        </w:rPr>
        <w:t>Практическая работа 6 (часть 2)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1. Условие задания и варианта</w:t>
      </w:r>
    </w:p>
    <w:p>
      <w:pPr>
        <w:pStyle w:val="ListBullet"/>
      </w:pPr>
      <w:r>
        <w:rPr>
          <w:color w:val="000000"/>
        </w:rPr>
        <w:t>Модифицировать алгоритм вставки ключа в дерево в соответствии со структурой узла.</w:t>
      </w:r>
    </w:p>
    <w:p>
      <w:pPr>
        <w:pStyle w:val="ListBullet"/>
      </w:pPr>
      <w:r>
        <w:rPr>
          <w:color w:val="000000"/>
        </w:rPr>
        <w:t>Определить символ, который встретился большее количество раз.</w:t>
      </w:r>
    </w:p>
    <w:p>
      <w:pPr>
        <w:pStyle w:val="ListBullet"/>
      </w:pPr>
      <w:r>
        <w:rPr>
          <w:color w:val="000000"/>
        </w:rPr>
        <w:t>Определить количество цифр в дереве, используя алгоритм обхода в ширину.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2. Свойства дерева варианта</w:t>
      </w:r>
    </w:p>
    <w:p>
      <w:pPr>
        <w:pStyle w:val="ListBullet"/>
      </w:pPr>
      <w:r>
        <w:rPr>
          <w:b/>
          <w:color w:val="000000"/>
        </w:rPr>
        <w:t>Тип дерева:</w:t>
      </w:r>
      <w:r>
        <w:rPr>
          <w:color w:val="000000"/>
        </w:rPr>
        <w:t xml:space="preserve"> Бинарное дерево поиска (БДП) без операции удаления.</w:t>
      </w:r>
    </w:p>
    <w:p>
      <w:pPr>
        <w:pStyle w:val="ListBullet"/>
      </w:pPr>
      <w:r>
        <w:rPr>
          <w:b/>
          <w:color w:val="000000"/>
        </w:rPr>
        <w:t>Структура узла:</w:t>
      </w:r>
    </w:p>
    <w:p>
      <w:pPr>
        <w:pStyle w:val="ListBullet"/>
      </w:pPr>
      <w:r>
        <w:rPr>
          <w:b/>
          <w:color w:val="000000"/>
        </w:rPr>
        <w:t>Особенности:</w:t>
      </w:r>
    </w:p>
    <w:p>
      <w:pPr>
        <w:pStyle w:val="ListBullet"/>
      </w:pPr>
      <w:r>
        <w:rPr>
          <w:color w:val="000000"/>
        </w:rPr>
        <w:t>При вставке символа:</w:t>
      </w:r>
    </w:p>
    <w:p>
      <w:pPr>
        <w:pStyle w:val="ListBullet"/>
      </w:pPr>
      <w:r>
        <w:rPr>
          <w:color w:val="000000"/>
        </w:rPr>
        <w:t xml:space="preserve">Если символ уже существует в дереве, увеличивается его </w:t>
      </w:r>
      <w:r>
        <w:rPr>
          <w:rFonts w:ascii="Courier New" w:hAnsi="Courier New"/>
          <w:color w:val="000000"/>
          <w:sz w:val="24"/>
        </w:rPr>
        <w:t>`count`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 xml:space="preserve">Иначе создается новый узел с </w:t>
      </w:r>
      <w:r>
        <w:rPr>
          <w:rFonts w:ascii="Courier New" w:hAnsi="Courier New"/>
          <w:color w:val="000000"/>
          <w:sz w:val="24"/>
        </w:rPr>
        <w:t>`count = 1`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>Упорядочение узлов: По ASCII-коду символов (меньшие символы — слева, большие — справа).</w:t>
      </w:r>
    </w:p>
    <w:p>
      <w:pPr>
        <w:pStyle w:val="ListBullet"/>
      </w:pPr>
      <w:r>
        <w:rPr>
          <w:color w:val="000000"/>
        </w:rPr>
        <w:t>Операция удаления не реализована (требования варианта 24–30).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3. Тестовые примеры</w:t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Пример 1: Вставка символов `a`, `a`, `b`, `3`, `3`, `3`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1 — Код на C++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b(1)</w:t>
              <w:br/>
              <w:t xml:space="preserve">    a(2)</w:t>
              <w:br/>
              <w:t xml:space="preserve">        3(3)</w:t>
            </w:r>
          </w:p>
        </w:tc>
      </w:tr>
    </w:tbl>
    <w:p>
      <w:pPr>
        <w:pStyle w:val="ListBullet"/>
      </w:pPr>
      <w:r>
        <w:rPr>
          <w:rFonts w:ascii="Courier New" w:hAnsi="Courier New"/>
          <w:color w:val="000000"/>
          <w:sz w:val="24"/>
        </w:rPr>
        <w:t>`a`</w:t>
      </w:r>
      <w:r>
        <w:rPr>
          <w:color w:val="000000"/>
        </w:rPr>
        <w:t xml:space="preserve"> вставлен 2 раза → </w:t>
      </w:r>
      <w:r>
        <w:rPr>
          <w:rFonts w:ascii="Courier New" w:hAnsi="Courier New"/>
          <w:color w:val="000000"/>
          <w:sz w:val="24"/>
        </w:rPr>
        <w:t>`count = 2`</w:t>
      </w:r>
      <w:r>
        <w:rPr>
          <w:color w:val="000000"/>
        </w:rPr>
        <w:t>.</w:t>
      </w:r>
    </w:p>
    <w:p>
      <w:pPr>
        <w:pStyle w:val="ListBullet"/>
      </w:pPr>
      <w:r>
        <w:rPr>
          <w:rFonts w:ascii="Courier New" w:hAnsi="Courier New"/>
          <w:color w:val="000000"/>
          <w:sz w:val="24"/>
        </w:rPr>
        <w:t>`3`</w:t>
      </w:r>
      <w:r>
        <w:rPr>
          <w:color w:val="000000"/>
        </w:rPr>
        <w:t xml:space="preserve"> вставлен 3 раза → </w:t>
      </w:r>
      <w:r>
        <w:rPr>
          <w:rFonts w:ascii="Courier New" w:hAnsi="Courier New"/>
          <w:color w:val="000000"/>
          <w:sz w:val="24"/>
        </w:rPr>
        <w:t>`count = 3`</w:t>
      </w:r>
      <w:r>
        <w:rPr>
          <w:color w:val="000000"/>
        </w:rPr>
        <w:t xml:space="preserve"> (самый частый символ).</w:t>
      </w:r>
    </w:p>
    <w:p>
      <w:pPr>
        <w:pStyle w:val="ListBullet"/>
      </w:pPr>
      <w:r>
        <w:rPr>
          <w:color w:val="000000"/>
        </w:rPr>
        <w:t xml:space="preserve">Количество цифр: 3 (только символ </w:t>
      </w:r>
      <w:r>
        <w:rPr>
          <w:rFonts w:ascii="Courier New" w:hAnsi="Courier New"/>
          <w:color w:val="000000"/>
          <w:sz w:val="24"/>
        </w:rPr>
        <w:t>`3`</w:t>
      </w:r>
      <w:r>
        <w:rPr>
          <w:color w:val="000000"/>
        </w:rPr>
        <w:t>).</w:t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Пример 2: Вставка символов `5`, `5`, `a`, `5`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2 — Код на C++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a(1)</w:t>
              <w:br/>
              <w:t xml:space="preserve">    5(3)</w:t>
            </w:r>
          </w:p>
        </w:tc>
      </w:tr>
    </w:tbl>
    <w:p>
      <w:pPr>
        <w:pStyle w:val="ListBullet"/>
      </w:pPr>
      <w:r>
        <w:rPr>
          <w:rFonts w:ascii="Courier New" w:hAnsi="Courier New"/>
          <w:color w:val="000000"/>
          <w:sz w:val="24"/>
        </w:rPr>
        <w:t>`5`</w:t>
      </w:r>
      <w:r>
        <w:rPr>
          <w:color w:val="000000"/>
        </w:rPr>
        <w:t xml:space="preserve"> вставлен 3 раза → </w:t>
      </w:r>
      <w:r>
        <w:rPr>
          <w:rFonts w:ascii="Courier New" w:hAnsi="Courier New"/>
          <w:color w:val="000000"/>
          <w:sz w:val="24"/>
        </w:rPr>
        <w:t>`count = 3`</w:t>
      </w:r>
      <w:r>
        <w:rPr>
          <w:color w:val="000000"/>
        </w:rPr>
        <w:t xml:space="preserve"> (самый частый символ).</w:t>
      </w:r>
    </w:p>
    <w:p>
      <w:pPr>
        <w:pStyle w:val="ListBullet"/>
      </w:pPr>
      <w:r>
        <w:rPr>
          <w:color w:val="000000"/>
        </w:rPr>
        <w:t>Количество цифр: 3.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4. Описание функций</w:t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4.1. Модифицированная вставка символа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3 — Код на cpp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void BinaryTree::insert(char symbol);</w:t>
            </w:r>
          </w:p>
        </w:tc>
      </w:tr>
    </w:tbl>
    <w:p>
      <w:pPr>
        <w:pStyle w:val="ListBullet"/>
      </w:pPr>
      <w:r>
        <w:rPr>
          <w:color w:val="000000"/>
        </w:rPr>
        <w:t>Начать с корня.</w:t>
      </w:r>
    </w:p>
    <w:p>
      <w:pPr>
        <w:pStyle w:val="ListBullet"/>
      </w:pPr>
      <w:r>
        <w:rPr>
          <w:color w:val="000000"/>
        </w:rPr>
        <w:t xml:space="preserve">Пока текущий узел не </w:t>
      </w:r>
      <w:r>
        <w:rPr>
          <w:rFonts w:ascii="Courier New" w:hAnsi="Courier New"/>
          <w:color w:val="000000"/>
          <w:sz w:val="24"/>
        </w:rPr>
        <w:t>`nullptr`</w:t>
      </w:r>
      <w:r>
        <w:rPr>
          <w:color w:val="000000"/>
        </w:rPr>
        <w:t>:</w:t>
      </w:r>
    </w:p>
    <w:p>
      <w:pPr>
        <w:pStyle w:val="ListBullet"/>
      </w:pPr>
      <w:r>
        <w:rPr>
          <w:color w:val="000000"/>
        </w:rPr>
        <w:t xml:space="preserve">Если символ совпадает с текущим узлом → увеличить </w:t>
      </w:r>
      <w:r>
        <w:rPr>
          <w:rFonts w:ascii="Courier New" w:hAnsi="Courier New"/>
          <w:color w:val="000000"/>
          <w:sz w:val="24"/>
        </w:rPr>
        <w:t>`count`</w:t>
      </w:r>
      <w:r>
        <w:rPr>
          <w:color w:val="000000"/>
        </w:rPr>
        <w:t xml:space="preserve"> и завершить.</w:t>
      </w:r>
    </w:p>
    <w:p>
      <w:pPr>
        <w:pStyle w:val="ListBullet"/>
      </w:pPr>
      <w:r>
        <w:rPr>
          <w:color w:val="000000"/>
        </w:rPr>
        <w:t>Если символ меньше текущего → перейти в левое поддерево.</w:t>
      </w:r>
    </w:p>
    <w:p>
      <w:pPr>
        <w:pStyle w:val="ListBullet"/>
      </w:pPr>
      <w:r>
        <w:rPr>
          <w:color w:val="000000"/>
        </w:rPr>
        <w:t>Иначе → перейти в правое поддерево.</w:t>
      </w:r>
    </w:p>
    <w:p>
      <w:pPr>
        <w:pStyle w:val="ListBullet"/>
      </w:pPr>
      <w:r>
        <w:rPr>
          <w:color w:val="000000"/>
        </w:rPr>
        <w:t xml:space="preserve">Если узел не найден → создать новый узел с </w:t>
      </w:r>
      <w:r>
        <w:rPr>
          <w:rFonts w:ascii="Courier New" w:hAnsi="Courier New"/>
          <w:color w:val="000000"/>
          <w:sz w:val="24"/>
        </w:rPr>
        <w:t>`count = 1`</w:t>
      </w:r>
      <w:r>
        <w:rPr>
          <w:color w:val="000000"/>
        </w:rPr>
        <w:t>.</w:t>
      </w:r>
    </w:p>
    <w:p>
      <w:r>
        <w:br/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4.2. Поиск самого частого символа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4 — Код на cpp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std::pair&lt;char, int&gt; BinaryTree::findMostFrequent();</w:t>
            </w:r>
          </w:p>
        </w:tc>
      </w:tr>
    </w:tbl>
    <w:p>
      <w:pPr>
        <w:pStyle w:val="ListBullet"/>
      </w:pPr>
      <w:r>
        <w:rPr>
          <w:color w:val="000000"/>
        </w:rPr>
        <w:t xml:space="preserve">Инициализировать </w:t>
      </w:r>
      <w:r>
        <w:rPr>
          <w:rFonts w:ascii="Courier New" w:hAnsi="Courier New"/>
          <w:color w:val="000000"/>
          <w:sz w:val="24"/>
        </w:rPr>
        <w:t>`maxCount = 0`</w:t>
      </w:r>
      <w:r>
        <w:rPr>
          <w:color w:val="000000"/>
        </w:rPr>
        <w:t xml:space="preserve">, </w:t>
      </w:r>
      <w:r>
        <w:rPr>
          <w:rFonts w:ascii="Courier New" w:hAnsi="Courier New"/>
          <w:color w:val="000000"/>
          <w:sz w:val="24"/>
        </w:rPr>
        <w:t>`maxSymbol = '\0'`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>Обойти все узлы (инордер-обход):</w:t>
      </w:r>
    </w:p>
    <w:p>
      <w:pPr>
        <w:pStyle w:val="ListBullet"/>
      </w:pPr>
      <w:r>
        <w:rPr>
          <w:color w:val="000000"/>
        </w:rPr>
        <w:t xml:space="preserve">Для каждого узла сравнить </w:t>
      </w:r>
      <w:r>
        <w:rPr>
          <w:rFonts w:ascii="Courier New" w:hAnsi="Courier New"/>
          <w:color w:val="000000"/>
          <w:sz w:val="24"/>
        </w:rPr>
        <w:t>`count`</w:t>
      </w:r>
      <w:r>
        <w:rPr>
          <w:color w:val="000000"/>
        </w:rPr>
        <w:t xml:space="preserve"> с </w:t>
      </w:r>
      <w:r>
        <w:rPr>
          <w:rFonts w:ascii="Courier New" w:hAnsi="Courier New"/>
          <w:color w:val="000000"/>
          <w:sz w:val="24"/>
        </w:rPr>
        <w:t>`maxCount`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 xml:space="preserve">Если </w:t>
      </w:r>
      <w:r>
        <w:rPr>
          <w:rFonts w:ascii="Courier New" w:hAnsi="Courier New"/>
          <w:color w:val="000000"/>
          <w:sz w:val="24"/>
        </w:rPr>
        <w:t>`count &gt; maxCount`</w:t>
      </w:r>
      <w:r>
        <w:rPr>
          <w:color w:val="000000"/>
        </w:rPr>
        <w:t xml:space="preserve"> → обновить </w:t>
      </w:r>
      <w:r>
        <w:rPr>
          <w:rFonts w:ascii="Courier New" w:hAnsi="Courier New"/>
          <w:color w:val="000000"/>
          <w:sz w:val="24"/>
        </w:rPr>
        <w:t>`maxSymbol`</w:t>
      </w:r>
      <w:r>
        <w:rPr>
          <w:color w:val="000000"/>
        </w:rPr>
        <w:t xml:space="preserve"> и </w:t>
      </w:r>
      <w:r>
        <w:rPr>
          <w:rFonts w:ascii="Courier New" w:hAnsi="Courier New"/>
          <w:color w:val="000000"/>
          <w:sz w:val="24"/>
        </w:rPr>
        <w:t>`maxCount`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 xml:space="preserve">Вернуть пару </w:t>
      </w:r>
      <w:r>
        <w:rPr>
          <w:rFonts w:ascii="Courier New" w:hAnsi="Courier New"/>
          <w:color w:val="000000"/>
          <w:sz w:val="24"/>
        </w:rPr>
        <w:t>`(maxSymbol, maxCount)`</w:t>
      </w:r>
      <w:r>
        <w:rPr>
          <w:color w:val="000000"/>
        </w:rPr>
        <w:t>.</w:t>
      </w:r>
    </w:p>
    <w:p>
      <w:r>
        <w:br/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4.3. Подсчет цифр в дереве (обход в ширину)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5 — Код на cpp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int BinaryTree::countDigits();</w:t>
            </w:r>
          </w:p>
        </w:tc>
      </w:tr>
    </w:tbl>
    <w:p>
      <w:pPr>
        <w:pStyle w:val="ListBullet"/>
      </w:pPr>
      <w:r>
        <w:rPr>
          <w:color w:val="000000"/>
        </w:rPr>
        <w:t xml:space="preserve">Инициализировать очередь и счетчик </w:t>
      </w:r>
      <w:r>
        <w:rPr>
          <w:rFonts w:ascii="Courier New" w:hAnsi="Courier New"/>
          <w:color w:val="000000"/>
          <w:sz w:val="24"/>
        </w:rPr>
        <w:t>`total = 0`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>Поместить корень в очередь.</w:t>
      </w:r>
    </w:p>
    <w:p>
      <w:pPr>
        <w:pStyle w:val="ListBullet"/>
      </w:pPr>
      <w:r>
        <w:rPr>
          <w:color w:val="000000"/>
        </w:rPr>
        <w:t>Пока очередь не пуста:</w:t>
      </w:r>
    </w:p>
    <w:p>
      <w:pPr>
        <w:pStyle w:val="ListBullet"/>
      </w:pPr>
      <w:r>
        <w:rPr>
          <w:color w:val="000000"/>
        </w:rPr>
        <w:t>Извлечь узел из очереди.</w:t>
      </w:r>
    </w:p>
    <w:p>
      <w:pPr>
        <w:pStyle w:val="ListBullet"/>
      </w:pPr>
      <w:r>
        <w:rPr>
          <w:color w:val="000000"/>
        </w:rPr>
        <w:t>Если символ узла — цифра (</w:t>
      </w:r>
      <w:r>
        <w:rPr>
          <w:rFonts w:ascii="Courier New" w:hAnsi="Courier New"/>
          <w:color w:val="000000"/>
          <w:sz w:val="24"/>
        </w:rPr>
        <w:t>`'0'`</w:t>
      </w:r>
      <w:r>
        <w:rPr>
          <w:color w:val="000000"/>
        </w:rPr>
        <w:t>–</w:t>
      </w:r>
      <w:r>
        <w:rPr>
          <w:rFonts w:ascii="Courier New" w:hAnsi="Courier New"/>
          <w:color w:val="000000"/>
          <w:sz w:val="24"/>
        </w:rPr>
        <w:t>`'9'`</w:t>
      </w:r>
      <w:r>
        <w:rPr>
          <w:color w:val="000000"/>
        </w:rPr>
        <w:t xml:space="preserve">) → добавить </w:t>
      </w:r>
      <w:r>
        <w:rPr>
          <w:rFonts w:ascii="Courier New" w:hAnsi="Courier New"/>
          <w:color w:val="000000"/>
          <w:sz w:val="24"/>
        </w:rPr>
        <w:t>`count`</w:t>
      </w:r>
      <w:r>
        <w:rPr>
          <w:color w:val="000000"/>
        </w:rPr>
        <w:t xml:space="preserve"> к </w:t>
      </w:r>
      <w:r>
        <w:rPr>
          <w:rFonts w:ascii="Courier New" w:hAnsi="Courier New"/>
          <w:color w:val="000000"/>
          <w:sz w:val="24"/>
        </w:rPr>
        <w:t>`total`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>Поместить левый и правый дочерние узлы в очередь.</w:t>
      </w:r>
    </w:p>
    <w:p>
      <w:pPr>
        <w:pStyle w:val="ListBullet"/>
      </w:pPr>
      <w:r>
        <w:rPr>
          <w:color w:val="000000"/>
        </w:rPr>
        <w:t xml:space="preserve">Вернуть </w:t>
      </w:r>
      <w:r>
        <w:rPr>
          <w:rFonts w:ascii="Courier New" w:hAnsi="Courier New"/>
          <w:color w:val="000000"/>
          <w:sz w:val="24"/>
        </w:rPr>
        <w:t>`total`</w:t>
      </w:r>
      <w:r>
        <w:rPr>
          <w:color w:val="000000"/>
        </w:rPr>
        <w:t>.</w:t>
      </w:r>
    </w:p>
    <w:p>
      <w:r>
        <w:br/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4.4. Отображение дерева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6 — Код на cpp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void BinaryTree::displayTree();</w:t>
              <w:br/>
              <w:t>void BinaryTree::printTree(Node* node, int space);</w:t>
            </w:r>
          </w:p>
        </w:tc>
      </w:tr>
    </w:tbl>
    <w:p>
      <w:pPr>
        <w:pStyle w:val="ListBullet"/>
      </w:pPr>
      <w:r>
        <w:rPr>
          <w:color w:val="000000"/>
        </w:rPr>
        <w:t xml:space="preserve">Рекурсивно обойти дерево в порядке: </w:t>
      </w:r>
      <w:r>
        <w:rPr>
          <w:b/>
          <w:color w:val="000000"/>
        </w:rPr>
        <w:t>правое поддерево → корень → левое поддерево</w:t>
      </w:r>
      <w:r>
        <w:rPr>
          <w:color w:val="000000"/>
        </w:rPr>
        <w:t>.</w:t>
      </w:r>
    </w:p>
    <w:p>
      <w:pPr>
        <w:pStyle w:val="ListBullet"/>
      </w:pPr>
      <w:r>
        <w:rPr>
          <w:color w:val="000000"/>
        </w:rPr>
        <w:t>Для каждого уровня увеличивать отступ (на 10 пробелов).</w:t>
      </w:r>
    </w:p>
    <w:p>
      <w:pPr>
        <w:pStyle w:val="ListBullet"/>
      </w:pPr>
      <w:r>
        <w:rPr>
          <w:color w:val="000000"/>
        </w:rPr>
        <w:t xml:space="preserve">Вывести символ и </w:t>
      </w:r>
      <w:r>
        <w:rPr>
          <w:rFonts w:ascii="Courier New" w:hAnsi="Courier New"/>
          <w:color w:val="000000"/>
          <w:sz w:val="24"/>
        </w:rPr>
        <w:t>`count`</w:t>
      </w:r>
      <w:r>
        <w:rPr>
          <w:color w:val="000000"/>
        </w:rPr>
        <w:t xml:space="preserve"> с текущим отступом.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5. Код программы</w:t>
      </w:r>
    </w:p>
    <w:p>
      <w:pPr>
        <w:pStyle w:val="Caption"/>
        <w:jc w:val="center"/>
      </w:pPr>
      <w:r>
        <w:rPr>
          <w:rFonts w:ascii="Times New Roman" w:hAnsi="Times New Roman" w:cs="Times New Roman"/>
          <w:color w:val="000000"/>
        </w:rPr>
        <w:t>Листинг 7 — Код на cpp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89"/>
      </w:tblGrid>
      <w:tr>
        <w:trPr/>
        <w:tc>
          <w:tcPr>
            <w:tcW w:type="dxa" w:w="9689"/>
            <w:shd w:fill="D9D9D9"/>
          </w:tcPr>
          <w:p>
            <w:r>
              <w:rPr>
                <w:rFonts w:ascii="Courier New" w:hAnsi="Courier New" w:eastAsia="Courier New"/>
                <w:color w:val="000000"/>
                <w:sz w:val="24"/>
              </w:rPr>
              <w:t>#include &lt;iostream&gt;</w:t>
              <w:br/>
              <w:t>#include &lt;stack&gt;</w:t>
              <w:br/>
              <w:t>#include &lt;queue&gt;</w:t>
              <w:br/>
              <w:t>using namespace std;</w:t>
              <w:br/>
              <w:br/>
              <w:t>struct Node {</w:t>
              <w:br/>
              <w:t xml:space="preserve">    char symbol;</w:t>
              <w:br/>
              <w:t xml:space="preserve">    int count;</w:t>
              <w:br/>
              <w:t xml:space="preserve">    Node* left;</w:t>
              <w:br/>
              <w:t xml:space="preserve">    Node* right;</w:t>
              <w:br/>
              <w:t xml:space="preserve">    Node(char s) : symbol(s), count(1), left(nullptr), right(nullptr) {}</w:t>
              <w:br/>
              <w:t>};</w:t>
              <w:br/>
              <w:br/>
              <w:t>class BinaryTree {</w:t>
              <w:br/>
              <w:t>private:</w:t>
              <w:br/>
              <w:t xml:space="preserve">    Node* root;</w:t>
              <w:br/>
              <w:br/>
              <w:t xml:space="preserve">    void printTree(Node* node, int space) {</w:t>
              <w:br/>
              <w:t xml:space="preserve">        if (node == nullptr) return;</w:t>
              <w:br/>
              <w:t xml:space="preserve">        space += 10;</w:t>
              <w:br/>
              <w:t xml:space="preserve">        printTree(node-&gt;right, space);</w:t>
              <w:br/>
              <w:t xml:space="preserve">        cout &lt;&lt; endl;</w:t>
              <w:br/>
              <w:t xml:space="preserve">        for (int i = 10; i &lt; space; i++) cout &lt;&lt; " ";</w:t>
              <w:br/>
              <w:t xml:space="preserve">        cout &lt;&lt; node-&gt;symbol &lt;&lt; "(" &lt;&lt; node-&gt;count &lt;&lt; ")";</w:t>
              <w:br/>
              <w:t xml:space="preserve">        printTree(node-&gt;left, space);</w:t>
              <w:br/>
              <w:t xml:space="preserve">    }</w:t>
              <w:br/>
              <w:br/>
              <w:t>public:</w:t>
              <w:br/>
              <w:t xml:space="preserve">    BinaryTree() : root(nullptr) {}</w:t>
              <w:br/>
              <w:br/>
              <w:t xml:space="preserve">    void insert(char symbol) {</w:t>
              <w:br/>
              <w:t xml:space="preserve">        Node** current = &amp;root;</w:t>
              <w:br/>
              <w:t xml:space="preserve">        while (*current != nullptr) {</w:t>
              <w:br/>
              <w:t xml:space="preserve">            if (symbol == (*current)-&gt;symbol) {</w:t>
              <w:br/>
              <w:t xml:space="preserve">                (*current)-&gt;count++;</w:t>
              <w:br/>
              <w:t xml:space="preserve">                return;</w:t>
              <w:br/>
              <w:t xml:space="preserve">            } else if (symbol &lt; (*current)-&gt;symbol) {</w:t>
              <w:br/>
              <w:t xml:space="preserve">                current = &amp;((*current)-&gt;left);</w:t>
              <w:br/>
              <w:t xml:space="preserve">            } else {</w:t>
              <w:br/>
              <w:t xml:space="preserve">                current = &amp;((*current)-&gt;right);</w:t>
              <w:br/>
              <w:t xml:space="preserve">            }</w:t>
              <w:br/>
              <w:t xml:space="preserve">        }</w:t>
              <w:br/>
              <w:t xml:space="preserve">        *current = new Node(symbol);</w:t>
              <w:br/>
              <w:t xml:space="preserve">    }</w:t>
              <w:br/>
              <w:br/>
              <w:t xml:space="preserve">    pair&lt;char, int&gt; findMostFrequent() {</w:t>
              <w:br/>
              <w:t xml:space="preserve">        if (root == nullptr) return make_pair('\0', 0);</w:t>
              <w:br/>
              <w:t xml:space="preserve">        char maxSymbol = '\0';</w:t>
              <w:br/>
              <w:t xml:space="preserve">        int maxCount = 0;</w:t>
              <w:br/>
              <w:t xml:space="preserve">        stack&lt;Node*&gt; s;</w:t>
              <w:br/>
              <w:t xml:space="preserve">        Node* current = root;</w:t>
              <w:br/>
              <w:t xml:space="preserve">        while (current != nullptr || !s.empty()) {</w:t>
              <w:br/>
              <w:t xml:space="preserve">            while (current != nullptr) {</w:t>
              <w:br/>
              <w:t xml:space="preserve">                s.push(current);</w:t>
              <w:br/>
              <w:t xml:space="preserve">                current = current-&gt;left;</w:t>
              <w:br/>
              <w:t xml:space="preserve">            }</w:t>
              <w:br/>
              <w:t xml:space="preserve">            current = s.top();</w:t>
              <w:br/>
              <w:t xml:space="preserve">            s.pop();</w:t>
              <w:br/>
              <w:t xml:space="preserve">            if (current-&gt;count &gt; maxCount) {</w:t>
              <w:br/>
              <w:t xml:space="preserve">                maxCount = current-&gt;count;</w:t>
              <w:br/>
              <w:t xml:space="preserve">                maxSymbol = current-&gt;symbol;</w:t>
              <w:br/>
              <w:t xml:space="preserve">            }</w:t>
              <w:br/>
              <w:t xml:space="preserve">            current = current-&gt;right;</w:t>
              <w:br/>
              <w:t xml:space="preserve">        }</w:t>
              <w:br/>
              <w:t xml:space="preserve">        return make_pair(maxSymbol, maxCount);</w:t>
              <w:br/>
              <w:t xml:space="preserve">    }</w:t>
              <w:br/>
              <w:br/>
              <w:t xml:space="preserve">    int countDigits() {</w:t>
              <w:br/>
              <w:t xml:space="preserve">        if (root == nullptr) return 0;</w:t>
              <w:br/>
              <w:t xml:space="preserve">        int total = 0;</w:t>
              <w:br/>
              <w:t xml:space="preserve">        queue&lt;Node*&gt; q;</w:t>
              <w:br/>
              <w:t xml:space="preserve">        q.push(root);</w:t>
              <w:br/>
              <w:t xml:space="preserve">        while (!q.empty()) {</w:t>
              <w:br/>
              <w:t xml:space="preserve">            Node* current = q.front();</w:t>
              <w:br/>
              <w:t xml:space="preserve">            q.pop();</w:t>
              <w:br/>
              <w:t xml:space="preserve">            if (current-&gt;symbol &gt;= '0' &amp;&amp; current-&gt;symbol &lt;= '9') {</w:t>
              <w:br/>
              <w:t xml:space="preserve">                total += current-&gt;count;</w:t>
              <w:br/>
              <w:t xml:space="preserve">            }</w:t>
              <w:br/>
              <w:t xml:space="preserve">            if (current-&gt;left) q.push(current-&gt;left);</w:t>
              <w:br/>
              <w:t xml:space="preserve">            if (current-&gt;right) q.push(current-&gt;right);</w:t>
              <w:br/>
              <w:t xml:space="preserve">        }</w:t>
              <w:br/>
              <w:t xml:space="preserve">        return total;</w:t>
              <w:br/>
              <w:t xml:space="preserve">    }</w:t>
              <w:br/>
              <w:br/>
              <w:t xml:space="preserve">    void displayTree() {</w:t>
              <w:br/>
              <w:t xml:space="preserve">        printTree(root, 0);</w:t>
              <w:br/>
              <w:t xml:space="preserve">        cout &lt;&lt; "</w:t>
              <w:br/>
              <w:br/>
              <w:t>";</w:t>
              <w:br/>
              <w:t xml:space="preserve">    }</w:t>
              <w:br/>
              <w:t>};</w:t>
              <w:br/>
              <w:br/>
              <w:t>int main() {</w:t>
              <w:br/>
              <w:t xml:space="preserve">    BinaryTree tree;</w:t>
              <w:br/>
              <w:t xml:space="preserve">    int choice;</w:t>
              <w:br/>
              <w:t xml:space="preserve">    char symbol;</w:t>
              <w:br/>
              <w:br/>
              <w:t xml:space="preserve">    while (true) {</w:t>
              <w:br/>
              <w:t xml:space="preserve">        cout &lt;&lt; "</w:t>
              <w:br/>
              <w:t>1. Insert symbol</w:t>
              <w:br/>
              <w:t>";</w:t>
              <w:br/>
              <w:t xml:space="preserve">        cout &lt;&lt; "2. Display tree</w:t>
              <w:br/>
              <w:t>";</w:t>
              <w:br/>
              <w:t xml:space="preserve">        cout &lt;&lt; "3. Find most frequent symbol</w:t>
              <w:br/>
              <w:t>";</w:t>
              <w:br/>
              <w:t xml:space="preserve">        cout &lt;&lt; "4. Count digits</w:t>
              <w:br/>
              <w:t>";</w:t>
              <w:br/>
              <w:t xml:space="preserve">        cout &lt;&lt; "5. Exit</w:t>
              <w:br/>
              <w:t>";</w:t>
              <w:br/>
              <w:t xml:space="preserve">        cout &lt;&lt; "Enter choice: ";</w:t>
              <w:br/>
              <w:t xml:space="preserve">        cin &gt;&gt; choice;</w:t>
              <w:br/>
              <w:br/>
              <w:t xml:space="preserve">        switch (choice) {</w:t>
              <w:br/>
              <w:t xml:space="preserve">            case 1:</w:t>
              <w:br/>
              <w:t xml:space="preserve">                cout &lt;&lt; "Enter symbol: ";</w:t>
              <w:br/>
              <w:t xml:space="preserve">                cin &gt;&gt; symbol;</w:t>
              <w:br/>
              <w:t xml:space="preserve">                tree.insert(symbol);</w:t>
              <w:br/>
              <w:t xml:space="preserve">                break;</w:t>
              <w:br/>
              <w:t xml:space="preserve">            case 2:</w:t>
              <w:br/>
              <w:t xml:space="preserve">                cout &lt;&lt; "Tree structure:</w:t>
              <w:br/>
              <w:t>";</w:t>
              <w:br/>
              <w:t xml:space="preserve">                tree.displayTree();</w:t>
              <w:br/>
              <w:t xml:space="preserve">                break;</w:t>
              <w:br/>
              <w:t xml:space="preserve">            case 3: {</w:t>
              <w:br/>
              <w:t xml:space="preserve">                auto result = tree.findMostFrequent();</w:t>
              <w:br/>
              <w:t xml:space="preserve">                if (result.second == 0) {</w:t>
              <w:br/>
              <w:t xml:space="preserve">                    cout &lt;&lt; "Tree is empty.</w:t>
              <w:br/>
              <w:t>";</w:t>
              <w:br/>
              <w:t xml:space="preserve">                } else {</w:t>
              <w:br/>
              <w:t xml:space="preserve">                    cout &lt;&lt; "Most frequent symbol: " &lt;&lt; result.first </w:t>
              <w:br/>
              <w:t xml:space="preserve">                         &lt;&lt; " (count: " &lt;&lt; result.second &lt;&lt; ")</w:t>
              <w:br/>
              <w:t>";</w:t>
              <w:br/>
              <w:t xml:space="preserve">                }</w:t>
              <w:br/>
              <w:t xml:space="preserve">                break;</w:t>
              <w:br/>
              <w:t xml:space="preserve">            }</w:t>
              <w:br/>
              <w:t xml:space="preserve">            case 4:</w:t>
              <w:br/>
              <w:t xml:space="preserve">                cout &lt;&lt; "Number of digits: " &lt;&lt; tree.countDigits() &lt;&lt; endl;</w:t>
              <w:br/>
              <w:t xml:space="preserve">                break;</w:t>
              <w:br/>
              <w:t xml:space="preserve">            case 5:</w:t>
              <w:br/>
              <w:t xml:space="preserve">                return 0;</w:t>
              <w:br/>
              <w:t xml:space="preserve">            default:</w:t>
              <w:br/>
              <w:t xml:space="preserve">                cout &lt;&lt; "Invalid choice.</w:t>
              <w:br/>
              <w:t>";</w:t>
              <w:br/>
              <w:t xml:space="preserve">        }</w:t>
              <w:br/>
              <w:t xml:space="preserve">    }</w:t>
              <w:br/>
              <w:t>}</w:t>
            </w:r>
          </w:p>
        </w:tc>
      </w:tr>
    </w:tbl>
    <w:p>
      <w:pPr>
        <w:jc w:val="center"/>
      </w:pPr>
      <w:r>
        <w:rPr>
          <w:i/>
          <w:color w:val="000000"/>
          <w:sz w:val="24"/>
        </w:rPr>
        <w:t>Продолжение листинга 7 — Код на cpp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6. Скриншоты тестирования</w:t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Тест 1: Вставка `a`, `a`, `b`, `3`, `3`, `3`</w:t>
      </w:r>
    </w:p>
    <w:p>
      <w:pPr>
        <w:jc w:val="center"/>
      </w:pPr>
      <w:r/>
    </w:p>
    <w:p>
      <w:pPr>
        <w:pStyle w:val="Caption"/>
        <w:jc w:val="center"/>
      </w:pPr>
      <w:r>
        <w:t>[Изображение не загружено: Тест 1]</w:t>
      </w:r>
    </w:p>
    <w:p>
      <w:pPr>
        <w:pStyle w:val="ListBullet"/>
      </w:pPr>
      <w:r>
        <w:rPr>
          <w:b/>
          <w:color w:val="000000"/>
        </w:rPr>
        <w:t>Вывод дерева:</w:t>
      </w:r>
      <w:r>
        <w:rPr>
          <w:color w:val="000000"/>
        </w:rPr>
        <w:t xml:space="preserve"> Корректно отображена структура с </w:t>
      </w:r>
      <w:r>
        <w:rPr>
          <w:rFonts w:ascii="Courier New" w:hAnsi="Courier New"/>
          <w:color w:val="000000"/>
          <w:sz w:val="24"/>
        </w:rPr>
        <w:t>`3(3)`</w:t>
      </w:r>
      <w:r>
        <w:rPr>
          <w:color w:val="000000"/>
        </w:rPr>
        <w:t xml:space="preserve"> как самым частым символом.</w:t>
      </w:r>
    </w:p>
    <w:p>
      <w:pPr>
        <w:pStyle w:val="ListBullet"/>
      </w:pPr>
      <w:r>
        <w:rPr>
          <w:b/>
          <w:color w:val="000000"/>
        </w:rPr>
        <w:t>Количество цифр:</w:t>
      </w:r>
      <w:r>
        <w:rPr>
          <w:color w:val="000000"/>
        </w:rPr>
        <w:t xml:space="preserve"> 3 (символ </w:t>
      </w:r>
      <w:r>
        <w:rPr>
          <w:rFonts w:ascii="Courier New" w:hAnsi="Courier New"/>
          <w:color w:val="000000"/>
          <w:sz w:val="24"/>
        </w:rPr>
        <w:t>`3`</w:t>
      </w:r>
      <w:r>
        <w:rPr>
          <w:color w:val="000000"/>
        </w:rPr>
        <w:t xml:space="preserve"> вставлен 3 раза).</w:t>
      </w:r>
    </w:p>
    <w:p>
      <w:pPr>
        <w:pStyle w:val="Heading4"/>
        <w:jc w:val="center"/>
      </w:pPr>
      <w:r>
        <w:rPr>
          <w:b/>
          <w:i w:val="0"/>
          <w:color w:val="000000"/>
          <w:sz w:val="28"/>
        </w:rPr>
        <w:t>Тест 2: Вставка `5`, `5`, `a`, `5`</w:t>
      </w:r>
    </w:p>
    <w:p>
      <w:pPr>
        <w:jc w:val="center"/>
      </w:pPr>
      <w:r/>
    </w:p>
    <w:p>
      <w:pPr>
        <w:pStyle w:val="Caption"/>
        <w:jc w:val="center"/>
      </w:pPr>
      <w:r>
        <w:t>[Изображение не загружено: Тест 2]</w:t>
      </w:r>
    </w:p>
    <w:p>
      <w:pPr>
        <w:pStyle w:val="ListBullet"/>
      </w:pPr>
      <w:r>
        <w:rPr>
          <w:b/>
          <w:color w:val="000000"/>
        </w:rPr>
        <w:t>Самый частый символ:</w:t>
      </w:r>
      <w:r>
        <w:rPr>
          <w:color w:val="000000"/>
        </w:rPr>
        <w:t xml:space="preserve"> </w:t>
      </w:r>
      <w:r>
        <w:rPr>
          <w:rFonts w:ascii="Courier New" w:hAnsi="Courier New"/>
          <w:color w:val="000000"/>
          <w:sz w:val="24"/>
        </w:rPr>
        <w:t>`5`</w:t>
      </w:r>
      <w:r>
        <w:rPr>
          <w:color w:val="000000"/>
        </w:rPr>
        <w:t xml:space="preserve"> (count=3).</w:t>
      </w:r>
    </w:p>
    <w:p>
      <w:pPr>
        <w:pStyle w:val="ListBullet"/>
      </w:pPr>
      <w:r>
        <w:rPr>
          <w:b/>
          <w:color w:val="000000"/>
        </w:rPr>
        <w:t>Количество цифр:</w:t>
      </w:r>
      <w:r>
        <w:rPr>
          <w:color w:val="000000"/>
        </w:rPr>
        <w:t xml:space="preserve"> 3.</w:t>
      </w:r>
    </w:p>
    <w:p>
      <w:r>
        <w:br/>
      </w:r>
    </w:p>
    <w:p>
      <w:pPr>
        <w:pStyle w:val="Heading3"/>
        <w:jc w:val="center"/>
      </w:pPr>
      <w:r>
        <w:rPr>
          <w:b/>
          <w:i w:val="0"/>
          <w:color w:val="000000"/>
          <w:sz w:val="28"/>
        </w:rPr>
        <w:t>7. Ответы на контрольные вопросы</w:t>
      </w:r>
    </w:p>
    <w:p>
      <w:pPr>
        <w:pStyle w:val="ListBullet"/>
      </w:pPr>
      <w:r>
        <w:rPr>
          <w:b/>
          <w:color w:val="000000"/>
        </w:rPr>
        <w:t>Степень дерева</w:t>
      </w:r>
      <w:r>
        <w:rPr>
          <w:color w:val="000000"/>
        </w:rPr>
        <w:t xml:space="preserve"> определяется максимальным количеством дочерних узлов у любого узла.</w:t>
      </w:r>
    </w:p>
    <w:p>
      <w:pPr>
        <w:pStyle w:val="ListBullet"/>
      </w:pPr>
      <w:r>
        <w:rPr>
          <w:b/>
          <w:color w:val="000000"/>
        </w:rPr>
        <w:t>Сильноветвящееся дерево</w:t>
      </w:r>
      <w:r>
        <w:rPr>
          <w:color w:val="000000"/>
        </w:rPr>
        <w:t xml:space="preserve"> — дерево, где степень каждого узла равна максимальной степени дерева.</w:t>
      </w:r>
    </w:p>
    <w:p>
      <w:pPr>
        <w:pStyle w:val="ListBullet"/>
      </w:pPr>
      <w:r>
        <w:rPr>
          <w:b/>
          <w:color w:val="000000"/>
        </w:rPr>
        <w:t>Путь в дереве</w:t>
      </w:r>
      <w:r>
        <w:rPr>
          <w:color w:val="000000"/>
        </w:rPr>
        <w:t xml:space="preserve"> — последовательность узлов от корня к целевому узлу.</w:t>
      </w:r>
    </w:p>
    <w:p>
      <w:pPr>
        <w:pStyle w:val="ListBullet"/>
      </w:pPr>
      <w:r>
        <w:rPr>
          <w:b/>
          <w:color w:val="000000"/>
        </w:rPr>
        <w:t>Длина пути</w:t>
      </w:r>
      <w:r>
        <w:rPr>
          <w:color w:val="000000"/>
        </w:rPr>
        <w:t xml:space="preserve"> — количество ребер в пути (на 1 меньше количества узлов).</w:t>
      </w:r>
    </w:p>
    <w:p>
      <w:pPr>
        <w:pStyle w:val="ListBullet"/>
      </w:pPr>
      <w:r>
        <w:rPr>
          <w:b/>
          <w:color w:val="000000"/>
        </w:rPr>
        <w:t>Степень бинарного дерева</w:t>
      </w:r>
      <w:r>
        <w:rPr>
          <w:color w:val="000000"/>
        </w:rPr>
        <w:t xml:space="preserve"> равна 2 (максимум 2 дочерних узла на узел).</w:t>
      </w:r>
    </w:p>
    <w:p>
      <w:pPr>
        <w:pStyle w:val="ListBullet"/>
      </w:pPr>
      <w:r>
        <w:rPr>
          <w:b/>
          <w:color w:val="000000"/>
        </w:rPr>
        <w:t>Пустое дерево</w:t>
      </w:r>
      <w:r>
        <w:rPr>
          <w:color w:val="000000"/>
        </w:rPr>
        <w:t xml:space="preserve"> допустимо (корень = </w:t>
      </w:r>
      <w:r>
        <w:rPr>
          <w:rFonts w:ascii="Courier New" w:hAnsi="Courier New"/>
          <w:color w:val="000000"/>
          <w:sz w:val="24"/>
        </w:rPr>
        <w:t>`nullptr`</w:t>
      </w:r>
      <w:r>
        <w:rPr>
          <w:color w:val="000000"/>
        </w:rPr>
        <w:t>).</w:t>
      </w:r>
    </w:p>
    <w:p>
      <w:pPr>
        <w:pStyle w:val="ListBullet"/>
      </w:pPr>
      <w:r>
        <w:rPr>
          <w:b/>
          <w:color w:val="000000"/>
        </w:rPr>
        <w:t>Бинарное дерево</w:t>
      </w:r>
      <w:r>
        <w:rPr>
          <w:color w:val="000000"/>
        </w:rPr>
        <w:t xml:space="preserve"> — дерево, где каждый узел имеет не более 2 дочерних узлов.</w:t>
      </w:r>
    </w:p>
    <w:p>
      <w:pPr>
        <w:pStyle w:val="ListBullet"/>
      </w:pPr>
      <w:r>
        <w:rPr>
          <w:b/>
          <w:color w:val="000000"/>
        </w:rPr>
        <w:t>Алгоритм обхода</w:t>
      </w:r>
      <w:r>
        <w:rPr>
          <w:color w:val="000000"/>
        </w:rPr>
        <w:t xml:space="preserve"> используется для последовательного доступа ко всем узлам.</w:t>
      </w:r>
    </w:p>
    <w:p>
      <w:pPr>
        <w:pStyle w:val="ListBullet"/>
      </w:pPr>
      <w:r>
        <w:rPr>
          <w:b/>
          <w:color w:val="000000"/>
        </w:rPr>
        <w:t>Высота дерева:</w:t>
      </w:r>
    </w:p>
    <w:p>
      <w:pPr>
        <w:pStyle w:val="ListBullet"/>
      </w:pPr>
      <w:r>
        <w:rPr>
          <w:b/>
          <w:color w:val="000000"/>
        </w:rPr>
        <w:t>Дерево по таблице:</w:t>
      </w:r>
    </w:p>
    <w:p>
      <w:pPr>
        <w:pStyle w:val="ListBullet"/>
      </w:pPr>
      <w:r>
        <w:rPr>
          <w:b/>
          <w:color w:val="000000"/>
        </w:rPr>
        <w:t>Порядки обхода:</w:t>
      </w:r>
    </w:p>
    <w:p>
      <w:pPr>
        <w:pStyle w:val="ListBullet"/>
      </w:pPr>
      <w:r>
        <w:rPr>
          <w:color w:val="000000"/>
        </w:rPr>
        <w:t>Прямой (КЛП): 18 → 12 → 7 → 4 → 10 → 2 → 5 → 21 → 15 → 14</w:t>
      </w:r>
    </w:p>
    <w:p>
      <w:pPr>
        <w:pStyle w:val="ListBullet"/>
      </w:pPr>
      <w:r>
        <w:rPr>
          <w:color w:val="000000"/>
        </w:rPr>
        <w:t>Симметричный (ЛКП): 7 → 12 → 2 → 10 → 5 → 18 → 21 → 4 → 14 → 15</w:t>
      </w:r>
    </w:p>
    <w:p>
      <w:pPr>
        <w:pStyle w:val="ListBullet"/>
      </w:pPr>
      <w:r>
        <w:rPr>
          <w:color w:val="000000"/>
        </w:rPr>
        <w:t>Обратный (ЛПК): 7 → 2 → 5 → 10 → 12 → 21 → 4 → 15 → 14 → 18</w:t>
      </w:r>
    </w:p>
    <w:p>
      <w:pPr>
        <w:pStyle w:val="ListBullet"/>
      </w:pPr>
      <w:r>
        <w:rPr>
          <w:b/>
          <w:color w:val="000000"/>
        </w:rPr>
        <w:t>Обход в ширину</w:t>
      </w:r>
      <w:r>
        <w:rPr>
          <w:color w:val="000000"/>
        </w:rPr>
        <w:t xml:space="preserve"> использует </w:t>
      </w:r>
      <w:r>
        <w:rPr>
          <w:b/>
          <w:color w:val="000000"/>
        </w:rPr>
        <w:t>очередь</w:t>
      </w:r>
      <w:r>
        <w:rPr>
          <w:color w:val="000000"/>
        </w:rPr>
        <w:t>.</w:t>
      </w:r>
    </w:p>
    <w:p>
      <w:pPr>
        <w:pStyle w:val="ListBullet"/>
      </w:pPr>
      <w:r>
        <w:rPr>
          <w:b/>
          <w:color w:val="000000"/>
        </w:rPr>
        <w:t>Пример обхода в ширину:</w:t>
      </w:r>
      <w:r>
        <w:rPr>
          <w:color w:val="000000"/>
        </w:rPr>
        <w:t xml:space="preserve"> 18 → 12 → 14 → 7 → 10 → 15 → 4 → 2 → 5 → 21.</w:t>
      </w:r>
    </w:p>
    <w:p>
      <w:pPr>
        <w:pStyle w:val="ListBullet"/>
      </w:pPr>
      <w:r>
        <w:rPr>
          <w:b/>
          <w:color w:val="000000"/>
        </w:rPr>
        <w:t>Не рекурсивный обход в глубину</w:t>
      </w:r>
      <w:r>
        <w:rPr>
          <w:color w:val="000000"/>
        </w:rPr>
        <w:t xml:space="preserve"> использует </w:t>
      </w:r>
      <w:r>
        <w:rPr>
          <w:b/>
          <w:color w:val="000000"/>
        </w:rPr>
        <w:t>стек</w:t>
      </w:r>
      <w:r>
        <w:rPr>
          <w:color w:val="000000"/>
        </w:rPr>
        <w:t>.</w:t>
      </w:r>
    </w:p>
    <w:p>
      <w:pPr>
        <w:pStyle w:val="ListBullet"/>
      </w:pPr>
      <w:r>
        <w:rPr>
          <w:b/>
          <w:color w:val="000000"/>
        </w:rPr>
        <w:t>Обход дерева выражения `(5+3)*((1+2)/3)`:</w:t>
      </w:r>
    </w:p>
    <w:p>
      <w:pPr>
        <w:pStyle w:val="ListBullet"/>
      </w:pPr>
      <w:r>
        <w:rPr>
          <w:color w:val="000000"/>
        </w:rPr>
        <w:t xml:space="preserve">Прямой: </w:t>
      </w:r>
      <w:r>
        <w:rPr>
          <w:rFonts w:ascii="Courier New" w:hAnsi="Courier New"/>
          <w:color w:val="000000"/>
          <w:sz w:val="24"/>
        </w:rPr>
        <w:t>`* + 5 3 / + 1 2 3`</w:t>
      </w:r>
    </w:p>
    <w:p>
      <w:pPr>
        <w:pStyle w:val="ListBullet"/>
      </w:pPr>
      <w:r>
        <w:rPr>
          <w:color w:val="000000"/>
        </w:rPr>
        <w:t xml:space="preserve">Симметричный: </w:t>
      </w:r>
      <w:r>
        <w:rPr>
          <w:rFonts w:ascii="Courier New" w:hAnsi="Courier New"/>
          <w:color w:val="000000"/>
          <w:sz w:val="24"/>
        </w:rPr>
        <w:t>`5 + 3 * 1 + 2 / 3`</w:t>
      </w:r>
    </w:p>
    <w:p>
      <w:pPr>
        <w:pStyle w:val="ListBullet"/>
      </w:pPr>
      <w:r>
        <w:rPr>
          <w:color w:val="000000"/>
        </w:rPr>
        <w:t xml:space="preserve">Обратный: </w:t>
      </w:r>
      <w:r>
        <w:rPr>
          <w:rFonts w:ascii="Courier New" w:hAnsi="Courier New"/>
          <w:color w:val="000000"/>
          <w:sz w:val="24"/>
        </w:rPr>
        <w:t>`5 3 + 1 2 + 3 / *`</w:t>
      </w:r>
    </w:p>
    <w:p>
      <w:pPr>
        <w:pStyle w:val="ListBullet"/>
      </w:pPr>
      <w:r>
        <w:rPr>
          <w:b/>
          <w:color w:val="000000"/>
        </w:rPr>
        <w:t>Деревья выражений:</w:t>
      </w:r>
    </w:p>
    <w:p>
      <w:pPr>
        <w:pStyle w:val="ListBullet"/>
      </w:pPr>
      <w:r>
        <w:rPr>
          <w:rFonts w:ascii="Courier New" w:hAnsi="Courier New"/>
          <w:color w:val="000000"/>
          <w:sz w:val="24"/>
        </w:rPr>
        <w:t>`a+b-c*d+e`</w:t>
      </w:r>
      <w:r>
        <w:rPr>
          <w:color w:val="000000"/>
        </w:rPr>
        <w:t xml:space="preserve"> → </w:t>
      </w:r>
      <w:r>
        <w:rPr>
          <w:rFonts w:ascii="Courier New" w:hAnsi="Courier New"/>
          <w:color w:val="000000"/>
          <w:sz w:val="24"/>
        </w:rPr>
        <w:t>`+ - + a b * c d e`</w:t>
      </w:r>
    </w:p>
    <w:p>
      <w:pPr>
        <w:pStyle w:val="ListBullet"/>
      </w:pPr>
      <w:r>
        <w:rPr>
          <w:rFonts w:ascii="Courier New" w:hAnsi="Courier New"/>
          <w:color w:val="000000"/>
          <w:sz w:val="24"/>
        </w:rPr>
        <w:t>`/a-b*c d`</w:t>
      </w:r>
      <w:r>
        <w:rPr>
          <w:color w:val="000000"/>
        </w:rPr>
        <w:t xml:space="preserve"> → Ошибка в выражении (некорректный формат).</w:t>
      </w:r>
    </w:p>
    <w:p>
      <w:pPr>
        <w:pStyle w:val="ListBullet"/>
      </w:pPr>
      <w:r>
        <w:rPr>
          <w:rFonts w:ascii="Courier New" w:hAnsi="Courier New"/>
          <w:color w:val="000000"/>
          <w:sz w:val="24"/>
        </w:rPr>
        <w:t>`a b c d / - *`</w:t>
      </w:r>
      <w:r>
        <w:rPr>
          <w:color w:val="000000"/>
        </w:rPr>
        <w:t xml:space="preserve"> → </w:t>
      </w:r>
      <w:r>
        <w:rPr>
          <w:rFonts w:ascii="Courier New" w:hAnsi="Courier New"/>
          <w:color w:val="000000"/>
          <w:sz w:val="24"/>
        </w:rPr>
        <w:t>`* a - b / c d`</w:t>
      </w:r>
    </w:p>
    <w:p>
      <w:pPr>
        <w:pStyle w:val="ListBullet"/>
      </w:pPr>
      <w:r>
        <w:rPr>
          <w:rFonts w:ascii="Courier New" w:hAnsi="Courier New"/>
          <w:color w:val="000000"/>
          <w:sz w:val="24"/>
        </w:rPr>
        <w:t>`* - / + a b c d e`</w:t>
      </w:r>
      <w:r>
        <w:rPr>
          <w:color w:val="000000"/>
        </w:rPr>
        <w:t xml:space="preserve"> → </w:t>
      </w:r>
      <w:r>
        <w:rPr>
          <w:rFonts w:ascii="Courier New" w:hAnsi="Courier New"/>
          <w:color w:val="000000"/>
          <w:sz w:val="24"/>
        </w:rPr>
        <w:t>`* - / + a b c d e`</w:t>
      </w:r>
    </w:p>
    <w:p>
      <w:pPr>
        <w:pStyle w:val="ListBullet"/>
      </w:pPr>
      <w:r>
        <w:rPr>
          <w:b/>
          <w:color w:val="000000"/>
        </w:rPr>
        <w:t>Обход в ширину со стеком</w:t>
      </w:r>
      <w:r>
        <w:rPr>
          <w:color w:val="000000"/>
        </w:rPr>
        <w:t xml:space="preserve"> даст порядок, аналогичный </w:t>
      </w:r>
      <w:r>
        <w:rPr>
          <w:b/>
          <w:color w:val="000000"/>
        </w:rPr>
        <w:t>обратному обходу в глубину</w:t>
      </w:r>
      <w:r>
        <w:rPr>
          <w:color w:val="000000"/>
        </w:rPr>
        <w:t>.</w:t>
      </w:r>
    </w:p>
    <w:p>
      <w:pPr>
        <w:pStyle w:val="ListBullet"/>
      </w:pPr>
      <w:r>
        <w:rPr>
          <w:b/>
          <w:color w:val="000000"/>
        </w:rPr>
        <w:t>БДП для симметричного обхода `40 45 46 50 65 70 75`:</w:t>
      </w:r>
    </w:p>
    <w:p>
      <w:pPr>
        <w:pStyle w:val="ListBullet"/>
      </w:pPr>
      <w:r>
        <w:rPr>
          <w:b/>
          <w:color w:val="000000"/>
        </w:rPr>
        <w:t>Исходное дерево для прямого обхода `50 45 35 15 40 46 65 75 70`:</w:t>
      </w:r>
    </w:p>
    <w:p>
      <w:pPr>
        <w:pStyle w:val="ListBullet"/>
      </w:pPr>
      <w:r>
        <w:rPr>
          <w:b/>
          <w:color w:val="000000"/>
        </w:rPr>
        <w:t>БДП после вставки `1, 48, 75, 100`:</w:t>
      </w:r>
    </w:p>
    <w:p>
      <w:r>
        <w:br/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Страница 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t>Практическая работа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  <w:ind w:firstLine="71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